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B66" w:rsidRDefault="00091D5E">
      <w:pPr>
        <w:jc w:val="center"/>
      </w:pPr>
      <w:r>
        <w:rPr>
          <w:b/>
          <w:sz w:val="30"/>
        </w:rPr>
        <w:t>INCUITY</w:t>
      </w:r>
      <w:r w:rsidR="00803A11">
        <w:rPr>
          <w:b/>
          <w:sz w:val="30"/>
        </w:rPr>
        <w:t xml:space="preserve"> PHARMA PVT. LTD.</w:t>
      </w:r>
    </w:p>
    <w:p w:rsidR="00A44B66" w:rsidRDefault="00803A11">
      <w:pPr>
        <w:jc w:val="center"/>
      </w:pPr>
      <w:r>
        <w:rPr>
          <w:b/>
          <w:sz w:val="24"/>
        </w:rPr>
        <w:t>ADVERSE DRUG REACTION (ADR) REPORTING FORM</w:t>
      </w:r>
    </w:p>
    <w:p w:rsidR="00A44B66" w:rsidRDefault="00803A11">
      <w:pPr>
        <w:jc w:val="center"/>
      </w:pPr>
      <w:r>
        <w:t>Printable / Postal Reporting Form — Please tick (☐) the appropriate boxes and provide as much information as possible.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1. TYPE OF REPORT / EVENT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Adverse Event / Side Effect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Pregnancy / Lactation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Overdose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Lack of Efficacy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Product Complaint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Other: 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2. PATIENT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Name / Initials: 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Gender / Sex: ☐ Male  ☐ Female  ☐ Other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E540C9">
            <w:r>
              <w:t xml:space="preserve">Age: __________________ </w:t>
            </w:r>
            <w:bookmarkStart w:id="0" w:name="_GoBack"/>
            <w:bookmarkEnd w:id="0"/>
          </w:p>
        </w:tc>
        <w:tc>
          <w:tcPr>
            <w:tcW w:w="5400" w:type="dxa"/>
            <w:vAlign w:val="center"/>
          </w:tcPr>
          <w:p w:rsidR="00A44B66" w:rsidRDefault="00803A11">
            <w:r>
              <w:t>Age Group: ☐ Newborn  ☐ Infant  ☐ Child  ☐ Adolescent  ☐ Adult  ☐ Elderly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ID / Hospital / OPD No. (if available):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Weight (kg):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Height (cm):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Date of Birth: 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Pregnant: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Lactating: ☐ Yes  ☐ No  ☐ Unknown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3. DETAILS OF ADVERSE EVENT / REACTION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started: _________________________________________________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stopped (if applicable): 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Describe the event / symptoms / signs / diagnosis: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Current status / outcome: ☐ Complete Recovery   ☐ Ongoing   ☐ Recovering   ☐ Unknown   ☐ Died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4. SUSPECTED DRUG / PRODUCT DETAILS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Name of Drug / Product: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Brand Name: 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Indication / Reason for Use: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Dosage / Unit / Frequency: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Route of Administration: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Treatment Start Date: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Treatment End Date: 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Lot / Batch No.: 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Expiry Date: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Manufacturer (if known):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stopped?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Did the event improve after stopping? ☐ Yes  ☐ No  ☐ Unknown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restarted/rechallenged?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If yes, what happened?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Product photo / batch details attached: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Any other relevant product information: 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5. CONCOMITANT MEDICINES / OTHER PRODUCTS</w:t>
            </w:r>
          </w:p>
        </w:tc>
      </w:tr>
    </w:tbl>
    <w:p w:rsidR="00A44B66" w:rsidRDefault="00803A11">
      <w:r>
        <w:t>Please include other prescription/OTC medicines, supplements, herbal products, etc.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  <w:gridCol w:w="1800"/>
      </w:tblGrid>
      <w:tr w:rsidR="00A44B66">
        <w:trPr>
          <w:jc w:val="center"/>
        </w:trPr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S. No.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Medicine / Product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Dose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Frequency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Route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Start / Stop Dates</w:t>
            </w:r>
          </w:p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6. RELEVANT MEDICAL HISTORY / INVESTIGATIONS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Known diseases / allergies / previous similar reactions / pregnancy / other relevant history: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Relevant laboratory / diagnostic investigations and results:</w:t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7. REPORTER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lastRenderedPageBreak/>
              <w:t>First Name: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Last Name: 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Address: 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City: _______________________________________________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State: 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PIN / ZIP: 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Country: 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Mobile: 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Email: _______________________________________________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Relationship with patient: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Are you also the patient? 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Reporter signature: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Date of reporting: 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Preferred contact method: ☐ Mobile  ☐ Email  ☐ Post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A44B66"/>
        </w:tc>
        <w:tc>
          <w:tcPr>
            <w:tcW w:w="5400" w:type="dxa"/>
            <w:vAlign w:val="center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8. DECLARATION / CONSENT</w:t>
            </w:r>
          </w:p>
        </w:tc>
      </w:tr>
    </w:tbl>
    <w:p w:rsidR="00A44B66" w:rsidRDefault="00803A11">
      <w:r>
        <w:t>I confirm that the information provided in this form is accurate to the best of my knowledge. I understand that the information may be used for pharmacovigilance and drug-safety assessment. Patient and reporter information will be handled confidentially.</w:t>
      </w:r>
    </w:p>
    <w:p w:rsidR="00A44B66" w:rsidRDefault="00803A11">
      <w:r>
        <w:t>Consent to be contacted for additional information:  ☐ Yes  ☐ 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9. SUBMISSION TO </w:t>
            </w:r>
            <w:r w:rsidR="00091D5E">
              <w:rPr>
                <w:b/>
                <w:sz w:val="20"/>
              </w:rPr>
              <w:t>INCUITY</w:t>
            </w:r>
            <w:r>
              <w:rPr>
                <w:b/>
                <w:sz w:val="20"/>
              </w:rPr>
              <w:t xml:space="preserve"> PHARMA</w:t>
            </w:r>
          </w:p>
        </w:tc>
      </w:tr>
    </w:tbl>
    <w:p w:rsidR="00A44B66" w:rsidRDefault="00803A11">
      <w:r>
        <w:rPr>
          <w:b/>
        </w:rPr>
        <w:t>Please send the completed and signed form by post or email:</w:t>
      </w:r>
    </w:p>
    <w:p w:rsidR="00A44B66" w:rsidRDefault="006E4514">
      <w:r>
        <w:t>Incuity</w:t>
      </w:r>
      <w:r w:rsidR="00803A11">
        <w:t xml:space="preserve"> </w:t>
      </w:r>
      <w:proofErr w:type="spellStart"/>
      <w:r w:rsidR="00803A11">
        <w:t>Pharma</w:t>
      </w:r>
      <w:proofErr w:type="spellEnd"/>
      <w:r w:rsidR="00803A11">
        <w:t xml:space="preserve"> Pvt. Ltd</w:t>
      </w:r>
      <w:proofErr w:type="gramStart"/>
      <w:r w:rsidR="00803A11">
        <w:t>.</w:t>
      </w:r>
      <w:proofErr w:type="gramEnd"/>
      <w:r w:rsidR="00803A11">
        <w:br/>
        <w:t>Pharmacovigilance / ADR Coordinator</w:t>
      </w:r>
      <w:r w:rsidR="00803A11">
        <w:br/>
        <w:t xml:space="preserve">Email: </w:t>
      </w:r>
      <w:r w:rsidR="00091D5E">
        <w:t>incuity</w:t>
      </w:r>
      <w:r w:rsidR="00803A11">
        <w:t>pharma@gmail.com</w:t>
      </w:r>
      <w:r w:rsidR="00803A11">
        <w:br/>
        <w:t>Postal Address: ________________________________________________</w:t>
      </w:r>
      <w:r w:rsidR="00803A11">
        <w:br/>
        <w:t>_______________________________________________________________</w:t>
      </w:r>
    </w:p>
    <w:p w:rsidR="00A44B66" w:rsidRDefault="00803A11">
      <w:r>
        <w:t>You may attach a copy/photo of the product pack, batch number, prescription, laboratory report or other relevant documents, if available.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FOR </w:t>
            </w:r>
            <w:r w:rsidR="00091D5E">
              <w:rPr>
                <w:b/>
                <w:sz w:val="20"/>
              </w:rPr>
              <w:t>INCUITY</w:t>
            </w:r>
            <w:r>
              <w:rPr>
                <w:b/>
                <w:sz w:val="20"/>
              </w:rPr>
              <w:t xml:space="preserve"> PHARMA – OFFICE USE ONLY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Case ID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Date Received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Received By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Source</w:t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Initial Assessment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Seriousness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Follow-up Required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Closed Date</w:t>
            </w:r>
          </w:p>
        </w:tc>
      </w:tr>
    </w:tbl>
    <w:p w:rsidR="00803A11" w:rsidRDefault="00803A11"/>
    <w:sectPr w:rsidR="00803A1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BAE" w:rsidRDefault="003B6BAE">
      <w:pPr>
        <w:spacing w:after="0" w:line="240" w:lineRule="auto"/>
      </w:pPr>
      <w:r>
        <w:separator/>
      </w:r>
    </w:p>
  </w:endnote>
  <w:endnote w:type="continuationSeparator" w:id="0">
    <w:p w:rsidR="003B6BAE" w:rsidRDefault="003B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514" w:rsidRDefault="006E45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B66" w:rsidRDefault="006E4514">
    <w:pPr>
      <w:pStyle w:val="Footer"/>
      <w:jc w:val="center"/>
    </w:pPr>
    <w:r>
      <w:rPr>
        <w:sz w:val="16"/>
      </w:rPr>
      <w:t>Incuity</w:t>
    </w:r>
    <w:r w:rsidR="00803A11">
      <w:rPr>
        <w:sz w:val="16"/>
      </w:rPr>
      <w:t xml:space="preserve"> Pharma Pvt. Ltd. | ADR Reporting Form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514" w:rsidRDefault="006E45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BAE" w:rsidRDefault="003B6BAE">
      <w:pPr>
        <w:spacing w:after="0" w:line="240" w:lineRule="auto"/>
      </w:pPr>
      <w:r>
        <w:separator/>
      </w:r>
    </w:p>
  </w:footnote>
  <w:footnote w:type="continuationSeparator" w:id="0">
    <w:p w:rsidR="003B6BAE" w:rsidRDefault="003B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514" w:rsidRDefault="006E45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514" w:rsidRDefault="006E45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514" w:rsidRDefault="006E45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1D5E"/>
    <w:rsid w:val="0015074B"/>
    <w:rsid w:val="0029639D"/>
    <w:rsid w:val="00326F90"/>
    <w:rsid w:val="003B6BAE"/>
    <w:rsid w:val="006E4514"/>
    <w:rsid w:val="00803A11"/>
    <w:rsid w:val="00A44B66"/>
    <w:rsid w:val="00AA1D8D"/>
    <w:rsid w:val="00B47730"/>
    <w:rsid w:val="00CB0664"/>
    <w:rsid w:val="00E540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FEAD770-514F-4574-ACB5-9A8076B0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A25690-7853-4E09-909C-7937A26B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dcterms:created xsi:type="dcterms:W3CDTF">2013-12-23T23:15:00Z</dcterms:created>
  <dcterms:modified xsi:type="dcterms:W3CDTF">2026-08-10T05:06:00Z</dcterms:modified>
  <cp:category/>
</cp:coreProperties>
</file>